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Volunteer coordinator handover checklist</w:t>
      </w:r>
    </w:p>
    <w:p>
      <w:r>
        <w:rPr>
          <w:i/>
        </w:rPr>
        <w:t>Work through every line with the incoming and outgoing officer together. Tick, date, and keep a copy with the club records.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The system</w:t>
      </w:r>
    </w:p>
    <w:p>
      <w:pPr>
        <w:pStyle w:val="ListBullet"/>
      </w:pPr>
      <w:r>
        <w:t>[  ]  Rota tool or spreadsheet access with full rights</w:t>
      </w:r>
    </w:p>
    <w:p>
      <w:pPr>
        <w:pStyle w:val="ListBullet"/>
      </w:pPr>
      <w:r>
        <w:t>[  ]  The complete duty map: every recurring duty, slot count and qualification</w:t>
      </w:r>
    </w:p>
    <w:p>
      <w:pPr>
        <w:pStyle w:val="ListBullet"/>
      </w:pPr>
      <w:r>
        <w:t>[  ]  How swaps work, as actually practised</w:t>
      </w:r>
    </w:p>
    <w:p>
      <w:pPr>
        <w:pStyle w:val="Heading1"/>
      </w:pPr>
      <w:r>
        <w:rPr>
          <w:color w:val="35394B"/>
        </w:rPr>
        <w:t>The people</w:t>
      </w:r>
    </w:p>
    <w:p>
      <w:pPr>
        <w:pStyle w:val="ListBullet"/>
      </w:pPr>
      <w:r>
        <w:t>[  ]  Volunteer list with skills, qualifications and preferences</w:t>
      </w:r>
    </w:p>
    <w:p>
      <w:pPr>
        <w:pStyle w:val="ListBullet"/>
      </w:pPr>
      <w:r>
        <w:t>[  ]  Who is overloaded and who has quietly stepped back</w:t>
      </w:r>
    </w:p>
    <w:p>
      <w:pPr>
        <w:pStyle w:val="ListBullet"/>
      </w:pPr>
      <w:r>
        <w:t>[  ]  New members who said yes to helping and have not yet been asked</w:t>
      </w:r>
    </w:p>
    <w:p>
      <w:pPr>
        <w:pStyle w:val="Heading1"/>
      </w:pPr>
      <w:r>
        <w:rPr>
          <w:color w:val="35394B"/>
        </w:rPr>
        <w:t>The record</w:t>
      </w:r>
    </w:p>
    <w:p>
      <w:pPr>
        <w:pStyle w:val="ListBullet"/>
      </w:pPr>
      <w:r>
        <w:t>[  ]  Who did what this season, for the fairness picture</w:t>
      </w:r>
    </w:p>
    <w:p>
      <w:pPr>
        <w:pStyle w:val="ListBullet"/>
      </w:pPr>
      <w:r>
        <w:t>[  ]  No-show history and how it has been handled</w:t>
      </w:r>
    </w:p>
    <w:p>
      <w:pPr>
        <w:pStyle w:val="ListBullet"/>
      </w:pPr>
      <w:r>
        <w:t>[  ]  Duties that regularly go unfilled, with the honest reason</w:t>
      </w:r>
    </w:p>
    <w:p>
      <w:pPr>
        <w:pStyle w:val="Heading1"/>
      </w:pPr>
      <w:r>
        <w:rPr>
          <w:color w:val="35394B"/>
        </w:rPr>
        <w:t>The calendar</w:t>
      </w:r>
    </w:p>
    <w:p>
      <w:pPr>
        <w:pStyle w:val="ListBullet"/>
      </w:pPr>
      <w:r>
        <w:t>[  ]  When next season's rota needs building</w:t>
      </w:r>
    </w:p>
    <w:p>
      <w:pPr>
        <w:pStyle w:val="ListBullet"/>
      </w:pPr>
      <w:r>
        <w:t>[  ]  Events needing extra volunteer surges, with dates</w:t>
      </w:r>
    </w:p>
    <w:p>
      <w:pPr>
        <w:pStyle w:val="ListBullet"/>
      </w:pPr>
      <w:r>
        <w:t>[  ]  Recognition moments: end of season, AGM thanks, awards</w:t>
      </w:r>
    </w:p>
    <w:p>
      <w:pPr>
        <w:pStyle w:val="Heading1"/>
      </w:pPr>
      <w:r>
        <w:rPr>
          <w:color w:val="35394B"/>
        </w:rPr>
        <w:t>Sign-off</w:t>
      </w:r>
    </w:p>
    <w:p>
      <w:r>
        <w:t>Outgoing officer, name and date: ____________________________________________</w:t>
      </w:r>
    </w:p>
    <w:p>
      <w:r>
        <w:t>Incoming officer,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