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Treasurer report templates</w:t>
      </w:r>
    </w:p>
    <w:p>
      <w:r>
        <w:rPr>
          <w:i/>
        </w:rPr>
        <w:t>Two documents in one: the monthly one-pager for committee meetings, and the annual report for the AGM. Keep categories identical in both.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Part one: the monthly one-pager</w:t>
      </w:r>
    </w:p>
    <w:p>
      <w:r>
        <w:t>[Club name] treasurer report - [month, year]</w:t>
      </w:r>
    </w:p>
    <w:p>
      <w:pPr>
        <w:pStyle w:val="Heading2"/>
      </w:pPr>
      <w:r>
        <w:rPr>
          <w:color w:val="35394B"/>
        </w:rPr>
        <w:t>The position</w:t>
      </w:r>
    </w:p>
    <w:p>
      <w:pPr>
        <w:pStyle w:val="ListBullet"/>
      </w:pPr>
      <w:r>
        <w:t>Cash at bank today: [amount]</w:t>
      </w:r>
    </w:p>
    <w:p>
      <w:pPr>
        <w:pStyle w:val="ListBullet"/>
      </w:pPr>
      <w:r>
        <w:t>Owed to the club (unpaid subs, invoices out): [amount]</w:t>
      </w:r>
    </w:p>
    <w:p>
      <w:pPr>
        <w:pStyle w:val="ListBullet"/>
      </w:pPr>
      <w:r>
        <w:t>Owed by the club (bills due, commitments made): [amount]</w:t>
      </w:r>
    </w:p>
    <w:p>
      <w:pPr>
        <w:pStyle w:val="ListBullet"/>
      </w:pPr>
      <w:r>
        <w:t>Position against budget for this point in the year: [ahead / behind, amount]</w:t>
      </w:r>
    </w:p>
    <w:p>
      <w:pPr>
        <w:pStyle w:val="ListBullet"/>
      </w:pPr>
      <w:r>
        <w:t>Reserves floor agreed by committee: [amount]  -  currently [above / below]</w:t>
      </w:r>
    </w:p>
    <w:p>
      <w:pPr>
        <w:pStyle w:val="Heading2"/>
      </w:pPr>
      <w:r>
        <w:rPr>
          <w:color w:val="35394B"/>
        </w:rPr>
        <w:t>Subs tracker</w:t>
      </w:r>
    </w:p>
    <w:p>
      <w:pPr>
        <w:pStyle w:val="ListBullet"/>
      </w:pPr>
      <w:r>
        <w:t>Members invoiced: [n]   Paid: [n]   Outstanding: [n]</w:t>
      </w:r>
    </w:p>
    <w:p>
      <w:pPr>
        <w:pStyle w:val="ListBullet"/>
      </w:pPr>
      <w:r>
        <w:t>Chases sent this month: [n]   Lapsed and removed: [n]</w:t>
      </w:r>
    </w:p>
    <w:p>
      <w:pPr>
        <w:pStyle w:val="Heading2"/>
      </w:pPr>
      <w:r>
        <w:rPr>
          <w:color w:val="35394B"/>
        </w:rPr>
        <w:t>Needs a committee decision</w:t>
      </w:r>
    </w:p>
    <w:p>
      <w:r>
        <w:t>[Anything over the treasurer's own authority, or any line trending wrong. Awkward numbers go here, first.]</w:t>
      </w:r>
    </w:p>
    <w:p>
      <w:pPr>
        <w:pStyle w:val="Heading1"/>
      </w:pPr>
      <w:r>
        <w:rPr>
          <w:color w:val="35394B"/>
        </w:rPr>
        <w:t>Part two: the annual report for the AGM</w:t>
      </w:r>
    </w:p>
    <w:p>
      <w:r>
        <w:t>[Club name] annual accounts - year ended [date]</w:t>
      </w:r>
    </w:p>
    <w:p>
      <w:pPr>
        <w:pStyle w:val="Heading2"/>
      </w:pPr>
      <w:r>
        <w:rPr>
          <w:color w:val="35394B"/>
        </w:rPr>
        <w:t>Income by category</w:t>
      </w:r>
    </w:p>
    <w:p>
      <w:pPr>
        <w:pStyle w:val="ListBullet"/>
      </w:pPr>
      <w:r>
        <w:t>Subscriptions: [this year]  ([last year])</w:t>
      </w:r>
    </w:p>
    <w:p>
      <w:pPr>
        <w:pStyle w:val="ListBullet"/>
      </w:pPr>
      <w:r>
        <w:t>Events and competitions: [this year]  ([last year])</w:t>
      </w:r>
    </w:p>
    <w:p>
      <w:pPr>
        <w:pStyle w:val="ListBullet"/>
      </w:pPr>
      <w:r>
        <w:t>Grants received: [this year]  ([last year])</w:t>
      </w:r>
    </w:p>
    <w:p>
      <w:pPr>
        <w:pStyle w:val="ListBullet"/>
      </w:pPr>
      <w:r>
        <w:t>Bar, galley or social: [this year]  ([last year])</w:t>
      </w:r>
    </w:p>
    <w:p>
      <w:pPr>
        <w:pStyle w:val="ListBullet"/>
      </w:pPr>
      <w:r>
        <w:t>Other: [this year]  ([last year])</w:t>
      </w:r>
    </w:p>
    <w:p>
      <w:pPr>
        <w:pStyle w:val="Heading2"/>
      </w:pPr>
      <w:r>
        <w:rPr>
          <w:color w:val="35394B"/>
        </w:rPr>
        <w:t>Expenditure by category</w:t>
      </w:r>
    </w:p>
    <w:p>
      <w:pPr>
        <w:pStyle w:val="ListBullet"/>
      </w:pPr>
      <w:r>
        <w:t>Facilities and utilities: [this year]  ([last year])</w:t>
      </w:r>
    </w:p>
    <w:p>
      <w:pPr>
        <w:pStyle w:val="ListBullet"/>
      </w:pPr>
      <w:r>
        <w:t>Insurance and affiliation: [this year]  ([last year])</w:t>
      </w:r>
    </w:p>
    <w:p>
      <w:pPr>
        <w:pStyle w:val="ListBullet"/>
      </w:pPr>
      <w:r>
        <w:t>Equipment and maintenance: [this year]  ([last year])</w:t>
      </w:r>
    </w:p>
    <w:p>
      <w:pPr>
        <w:pStyle w:val="ListBullet"/>
      </w:pPr>
      <w:r>
        <w:t>Coaching and training: [this year]  ([last year])</w:t>
      </w:r>
    </w:p>
    <w:p>
      <w:pPr>
        <w:pStyle w:val="ListBullet"/>
      </w:pPr>
      <w:r>
        <w:t>Other: [this year]  ([last year])</w:t>
      </w:r>
    </w:p>
    <w:p>
      <w:pPr>
        <w:pStyle w:val="Heading2"/>
      </w:pPr>
      <w:r>
        <w:rPr>
          <w:color w:val="35394B"/>
        </w:rPr>
        <w:t>Balances and reserves</w:t>
      </w:r>
    </w:p>
    <w:p>
      <w:pPr>
        <w:pStyle w:val="ListBullet"/>
      </w:pPr>
      <w:r>
        <w:t>Opening balance: [amount]   Closing balance: [amount]</w:t>
      </w:r>
    </w:p>
    <w:p>
      <w:pPr>
        <w:pStyle w:val="ListBullet"/>
      </w:pPr>
      <w:r>
        <w:t>Surplus or deficit for the year: [amount], because [one honest sentence]</w:t>
      </w:r>
    </w:p>
    <w:p>
      <w:pPr>
        <w:pStyle w:val="ListBullet"/>
      </w:pPr>
      <w:r>
        <w:t>Reserves against the agreed floor of [amount]</w:t>
      </w:r>
    </w:p>
    <w:p>
      <w:pPr>
        <w:pStyle w:val="Heading2"/>
      </w:pPr>
      <w:r>
        <w:rPr>
          <w:color w:val="35394B"/>
        </w:rPr>
        <w:t>Sign-off</w:t>
      </w:r>
    </w:p>
    <w:p>
      <w:r>
        <w:t>Treasurer, name and date: ____________________________________________</w:t>
      </w:r>
    </w:p>
    <w:p>
      <w:r>
        <w:t>Independent examiner (where required),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