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35394B"/>
        </w:rPr>
        <w:t>Treasurer handover checklist</w:t>
      </w:r>
    </w:p>
    <w:p>
      <w:r>
        <w:rPr>
          <w:i/>
        </w:rPr>
        <w:t>Work through every line with the incoming and outgoing officer together. Tick, date, and keep a copy with the club records.</w:t>
      </w:r>
    </w:p>
    <w:p>
      <w:r>
        <w:rPr>
          <w:sz w:val="18"/>
        </w:rPr>
        <w:t>Free template from SportsHQ (www.sportshq.app). Adapt freely; check your own constitution and governing body rules where flagged.</w:t>
      </w:r>
    </w:p>
    <w:p>
      <w:pPr>
        <w:pStyle w:val="Heading1"/>
      </w:pPr>
      <w:r>
        <w:rPr>
          <w:color w:val="35394B"/>
        </w:rPr>
        <w:t>Access</w:t>
      </w:r>
    </w:p>
    <w:p>
      <w:pPr>
        <w:pStyle w:val="ListBullet"/>
      </w:pPr>
      <w:r>
        <w:t>[  ]  Bank mandate updated and old signatories removed</w:t>
      </w:r>
    </w:p>
    <w:p>
      <w:pPr>
        <w:pStyle w:val="ListBullet"/>
      </w:pPr>
      <w:r>
        <w:t>[  ]  Online banking access working for the incoming treasurer</w:t>
      </w:r>
    </w:p>
    <w:p>
      <w:pPr>
        <w:pStyle w:val="ListBullet"/>
      </w:pPr>
      <w:r>
        <w:t>[  ]  Accounting records or spreadsheets handed over with edit access</w:t>
      </w:r>
    </w:p>
    <w:p>
      <w:pPr>
        <w:pStyle w:val="ListBullet"/>
      </w:pPr>
      <w:r>
        <w:t>[  ]  Membership system access at treasurer level</w:t>
      </w:r>
    </w:p>
    <w:p>
      <w:pPr>
        <w:pStyle w:val="Heading1"/>
      </w:pPr>
      <w:r>
        <w:rPr>
          <w:color w:val="35394B"/>
        </w:rPr>
        <w:t>Knowledge</w:t>
      </w:r>
    </w:p>
    <w:p>
      <w:pPr>
        <w:pStyle w:val="ListBullet"/>
      </w:pPr>
      <w:r>
        <w:t>[  ]  Current fee structure and any member-specific arrangements</w:t>
      </w:r>
    </w:p>
    <w:p>
      <w:pPr>
        <w:pStyle w:val="ListBullet"/>
      </w:pPr>
      <w:r>
        <w:t>[  ]  List of every regular payment and its renewal date</w:t>
      </w:r>
    </w:p>
    <w:p>
      <w:pPr>
        <w:pStyle w:val="ListBullet"/>
      </w:pPr>
      <w:r>
        <w:t>[  ]  Insurance and affiliation renewal dates and costs</w:t>
      </w:r>
    </w:p>
    <w:p>
      <w:pPr>
        <w:pStyle w:val="ListBullet"/>
      </w:pPr>
      <w:r>
        <w:t>[  ]  Where last year's accounts and examination live</w:t>
      </w:r>
    </w:p>
    <w:p>
      <w:pPr>
        <w:pStyle w:val="Heading1"/>
      </w:pPr>
      <w:r>
        <w:rPr>
          <w:color w:val="35394B"/>
        </w:rPr>
        <w:t>State of play</w:t>
      </w:r>
    </w:p>
    <w:p>
      <w:pPr>
        <w:pStyle w:val="ListBullet"/>
      </w:pPr>
      <w:r>
        <w:t>[  ]  Cash at bank confirmed and reconciled on handover day</w:t>
      </w:r>
    </w:p>
    <w:p>
      <w:pPr>
        <w:pStyle w:val="ListBullet"/>
      </w:pPr>
      <w:r>
        <w:t>[  ]  List of unpaid subs and where each chase has got to</w:t>
      </w:r>
    </w:p>
    <w:p>
      <w:pPr>
        <w:pStyle w:val="ListBullet"/>
      </w:pPr>
      <w:r>
        <w:t>[  ]  Any debts owed by or to the club</w:t>
      </w:r>
    </w:p>
    <w:p>
      <w:pPr>
        <w:pStyle w:val="ListBullet"/>
      </w:pPr>
      <w:r>
        <w:t>[  ]  Reserves policy, or the honest number the committee works to</w:t>
      </w:r>
    </w:p>
    <w:p>
      <w:pPr>
        <w:pStyle w:val="Heading1"/>
      </w:pPr>
      <w:r>
        <w:rPr>
          <w:color w:val="35394B"/>
        </w:rPr>
        <w:t>Calendar</w:t>
      </w:r>
    </w:p>
    <w:p>
      <w:pPr>
        <w:pStyle w:val="ListBullet"/>
      </w:pPr>
      <w:r>
        <w:t>[  ]  Renewal month tasks written down with dates</w:t>
      </w:r>
    </w:p>
    <w:p>
      <w:pPr>
        <w:pStyle w:val="ListBullet"/>
      </w:pPr>
      <w:r>
        <w:t>[  ]  AGM date and what the treasurer must produce for it</w:t>
      </w:r>
    </w:p>
    <w:p>
      <w:pPr>
        <w:pStyle w:val="ListBullet"/>
      </w:pPr>
      <w:r>
        <w:t>[  ]  Grant reporting deadlines if the club holds any</w:t>
      </w:r>
    </w:p>
    <w:p>
      <w:pPr>
        <w:pStyle w:val="Heading1"/>
      </w:pPr>
      <w:r>
        <w:rPr>
          <w:color w:val="35394B"/>
        </w:rPr>
        <w:t>Sign-off</w:t>
      </w:r>
    </w:p>
    <w:p>
      <w:r>
        <w:t>Outgoing officer, name and date: ____________________________________________</w:t>
      </w:r>
    </w:p>
    <w:p>
      <w:r>
        <w:t>Incoming officer, name and date: 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5394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