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35394B"/>
        </w:rPr>
        <w:t>Membership renewal message examples</w:t>
      </w:r>
    </w:p>
    <w:p>
      <w:r>
        <w:rPr>
          <w:i/>
        </w:rPr>
        <w:t>Editable, country-neutral messages. Choose your own dates, fees and currency.</w:t>
      </w:r>
    </w:p>
    <w:p>
      <w:r>
        <w:rPr>
          <w:sz w:val="18"/>
        </w:rPr>
        <w:t>Free template from SportsHQ (www.sportshq.app). Adapt freely; check your own constitution and governing body rules where flagged.</w:t>
      </w:r>
    </w:p>
    <w:p>
      <w:r>
        <w:t>Replace every bracketed field. Check the member's status and recent payments first. These are drafts for a person to send, not an automatic email system.</w:t>
      </w:r>
    </w:p>
    <w:p>
      <w:pPr>
        <w:pStyle w:val="Heading1"/>
      </w:pPr>
      <w:r>
        <w:rPr>
          <w:color w:val="35394B"/>
        </w:rPr>
        <w:t>1. First renewal reminder</w:t>
      </w:r>
    </w:p>
    <w:p>
      <w:r>
        <w:t>Subject: Your [club name] membership renewal</w:t>
      </w:r>
    </w:p>
    <w:p>
      <w:r>
        <w:t>Hi [first name],</w:t>
      </w:r>
    </w:p>
    <w:p>
      <w:r>
        <w:t>Your [membership type] membership is due for renewal on [date]. The fee for [period] is [amount and currency].</w:t>
      </w:r>
    </w:p>
    <w:p>
      <w:r>
        <w:t>To renew, please use [verified club payment link or instructions] by [deadline]. Your payment reference is [reference, if needed].</w:t>
      </w:r>
    </w:p>
    <w:p>
      <w:r>
        <w:t>If you have paid recently, please reply so we can check the record before you pay again.</w:t>
      </w:r>
    </w:p>
    <w:p>
      <w:r>
        <w:t>If you have a question or do not plan to renew, reply to [club contact].</w:t>
      </w:r>
    </w:p>
    <w:p>
      <w:r>
        <w:t>Thanks, [name and club role]</w:t>
      </w:r>
    </w:p>
    <w:p>
      <w:pPr>
        <w:pStyle w:val="Heading1"/>
      </w:pPr>
      <w:r>
        <w:rPr>
          <w:color w:val="35394B"/>
        </w:rPr>
        <w:t>2. A payment is being checked</w:t>
      </w:r>
    </w:p>
    <w:p>
      <w:r>
        <w:t>Subject: We are checking your membership payment</w:t>
      </w:r>
    </w:p>
    <w:p>
      <w:r>
        <w:t>Hi [first name],</w:t>
      </w:r>
    </w:p>
    <w:p>
      <w:r>
        <w:t>Thanks for letting us know. Please do not pay again while we check the record.</w:t>
      </w:r>
    </w:p>
    <w:p>
      <w:r>
        <w:t>Please send the payment date and reference to [club contact]. Do not email card details or a full bank statement.</w:t>
      </w:r>
    </w:p>
    <w:p>
      <w:r>
        <w:t>We will confirm when the payment has been matched to your membership.</w:t>
      </w:r>
    </w:p>
    <w:p>
      <w:r>
        <w:t>Thanks, [name and club role]</w:t>
      </w:r>
    </w:p>
    <w:p>
      <w:pPr>
        <w:pStyle w:val="Heading1"/>
        <w:pageBreakBefore/>
      </w:pPr>
      <w:r>
        <w:rPr>
          <w:color w:val="35394B"/>
        </w:rPr>
        <w:t>3. A member is not renewing</w:t>
      </w:r>
    </w:p>
    <w:p>
      <w:r>
        <w:t>Subject: Your [club name] membership</w:t>
      </w:r>
    </w:p>
    <w:p>
      <w:r>
        <w:t>Hi [first name],</w:t>
      </w:r>
    </w:p>
    <w:p>
      <w:r>
        <w:t>Thanks for telling us that you do not plan to renew for [period]. We have noted your choice.</w:t>
      </w:r>
    </w:p>
    <w:p>
      <w:r>
        <w:t>Your current membership ends on [confirmed date]. [Add any agreed next step for club kit or access, if needed.]</w:t>
      </w:r>
    </w:p>
    <w:p>
      <w:r>
        <w:t>Thank you for being part of the club.</w:t>
      </w:r>
    </w:p>
    <w:p>
      <w:r>
        <w:t>[Name and club role]</w:t>
      </w:r>
    </w:p>
    <w:p>
      <w:pPr>
        <w:pStyle w:val="Heading1"/>
      </w:pPr>
      <w:r>
        <w:rPr>
          <w:color w:val="35394B"/>
        </w:rPr>
        <w:t>Final checks before sending</w:t>
      </w:r>
    </w:p>
    <w:p>
      <w:pPr>
        <w:pStyle w:val="ListBullet"/>
      </w:pPr>
      <w:r>
        <w:t>Check the fee, period, name, status and payment link.</w:t>
      </w:r>
    </w:p>
    <w:p>
      <w:pPr>
        <w:pStyle w:val="ListBullet"/>
      </w:pPr>
      <w:r>
        <w:t>Use a private message. Do not expose the member list in visible group addresses.</w:t>
      </w:r>
    </w:p>
    <w:p>
      <w:pPr>
        <w:pStyle w:val="ListBullet"/>
      </w:pPr>
      <w:r>
        <w:t>Remove every unused bracketed line.</w:t>
      </w:r>
    </w:p>
    <w:p>
      <w:pPr>
        <w:pStyle w:val="ListBullet"/>
      </w:pPr>
      <w:r>
        <w:t>Record the date sent so another officer does not repeat it.</w:t>
      </w:r>
    </w:p>
    <w:p>
      <w:pPr>
        <w:pStyle w:val="ListBullet"/>
      </w:pPr>
      <w:r>
        <w:t>A sent message is not proof of payment or renewal.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539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