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Choose a club system</w:t>
      </w:r>
    </w:p>
    <w:p>
      <w:r>
        <w:t>SportsHQ | Country-neutral committee worksheet | Version 1 | 2026-09-10</w:t>
      </w:r>
    </w:p>
    <w:p>
      <w:r>
        <w:t>Club: ____________________   Owner: ____________________   Review date: ____________________</w:t>
      </w:r>
    </w:p>
    <w:p>
      <w:pPr>
        <w:pStyle w:val="Heading1"/>
      </w:pPr>
      <w:r>
        <w:t>1. Name the job</w:t>
      </w:r>
    </w:p>
    <w:p>
      <w:r>
        <w:t>What needs to work? Use a real task, such as a family renewal or a duty swap.</w:t>
      </w:r>
    </w:p>
    <w:p>
      <w:r>
        <w:t>Task: ___________________________________________________</w:t>
      </w:r>
    </w:p>
    <w:p>
      <w:r>
        <w:t>Who does it?: ___________________________________________________</w:t>
      </w:r>
    </w:p>
    <w:p>
      <w:r>
        <w:t>What goes wrong now?: ___________________________________________________</w:t>
      </w:r>
    </w:p>
    <w:p>
      <w:r>
        <w:t>What would a good result look like?: ___________________________________________________</w:t>
      </w:r>
    </w:p>
    <w:p>
      <w:pPr>
        <w:pStyle w:val="Heading1"/>
      </w:pPr>
      <w:r>
        <w:t>2. Compare the same task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Check</w:t>
            </w:r>
          </w:p>
        </w:tc>
        <w:tc>
          <w:tcPr>
            <w:tcW w:type="dxa" w:w="2160"/>
          </w:tcPr>
          <w:p>
            <w:r>
              <w:t>Spreadsheet</w:t>
            </w:r>
          </w:p>
        </w:tc>
        <w:tc>
          <w:tcPr>
            <w:tcW w:type="dxa" w:w="2160"/>
          </w:tcPr>
          <w:p>
            <w:r>
              <w:t>Ready-made app</w:t>
            </w:r>
          </w:p>
        </w:tc>
        <w:tc>
          <w:tcPr>
            <w:tcW w:type="dxa" w:w="2160"/>
          </w:tcPr>
          <w:p>
            <w:r>
              <w:t>Bespoke build</w:t>
            </w:r>
          </w:p>
        </w:tc>
      </w:tr>
      <w:tr>
        <w:tc>
          <w:tcPr>
            <w:tcW w:type="dxa" w:w="2160"/>
          </w:tcPr>
          <w:p>
            <w:r>
              <w:t>Can it do the whole task?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  <w:tr>
        <w:tc>
          <w:tcPr>
            <w:tcW w:type="dxa" w:w="2160"/>
          </w:tcPr>
          <w:p>
            <w:r>
              <w:t>Who still copies data?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  <w:tr>
        <w:tc>
          <w:tcPr>
            <w:tcW w:type="dxa" w:w="2160"/>
          </w:tcPr>
          <w:p>
            <w:r>
              <w:t>Who can see private records?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  <w:tr>
        <w:tc>
          <w:tcPr>
            <w:tcW w:type="dxa" w:w="2160"/>
          </w:tcPr>
          <w:p>
            <w:r>
              <w:t>Setup and total yearly cost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  <w:tr>
        <w:tc>
          <w:tcPr>
            <w:tcW w:type="dxa" w:w="2160"/>
          </w:tcPr>
          <w:p>
            <w:r>
              <w:t>Who helps when it fails?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  <w:tr>
        <w:tc>
          <w:tcPr>
            <w:tcW w:type="dxa" w:w="2160"/>
          </w:tcPr>
          <w:p>
            <w:r>
              <w:t>Can we export and leave?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  <w:tr>
        <w:tc>
          <w:tcPr>
            <w:tcW w:type="dxa" w:w="2160"/>
          </w:tcPr>
          <w:p>
            <w:r>
              <w:t>What proof have we seen?</w:t>
            </w:r>
          </w:p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  <w:tc>
          <w:tcPr>
            <w:tcW w:type="dxa" w:w="2160"/>
          </w:tcPr>
          <w:p/>
        </w:tc>
      </w:tr>
    </w:tbl>
    <w:p>
      <w:pPr>
        <w:pStyle w:val="Heading1"/>
      </w:pPr>
      <w:r>
        <w:t>3. Test before buying</w:t>
      </w:r>
    </w:p>
    <w:p>
      <w:pPr>
        <w:pStyle w:val="ListBullet"/>
      </w:pPr>
      <w:r>
        <w:t>Use fictional records. Do not upload a real member list for a first demo.</w:t>
      </w:r>
    </w:p>
    <w:p>
      <w:pPr>
        <w:pStyle w:val="ListBullet"/>
      </w:pPr>
      <w:r>
        <w:t>Ask a second volunteer to complete the task without coaching.</w:t>
      </w:r>
    </w:p>
    <w:p>
      <w:pPr>
        <w:pStyle w:val="ListBullet"/>
      </w:pPr>
      <w:r>
        <w:t>Test an unpaid fee, a refund, a duty swap and a full booking where they apply.</w:t>
      </w:r>
    </w:p>
    <w:p>
      <w:pPr>
        <w:pStyle w:val="ListBullet"/>
      </w:pPr>
      <w:r>
        <w:t>Export a small test file. Open it and check which fields are missing.</w:t>
      </w:r>
    </w:p>
    <w:p>
      <w:pPr>
        <w:pStyle w:val="ListBullet"/>
      </w:pPr>
      <w:r>
        <w:t>Record limits, support, price and exit terms in writing.</w:t>
      </w:r>
    </w:p>
    <w:p>
      <w:pPr>
        <w:pStyle w:val="Heading1"/>
      </w:pPr>
      <w:r>
        <w:t>4. Record the choice</w:t>
      </w:r>
    </w:p>
    <w:p>
      <w:r>
        <w:t>Choice and reason: ______________________________________________</w:t>
      </w:r>
    </w:p>
    <w:p>
      <w:r>
        <w:t>What we are not buying: ______________________________________________</w:t>
      </w:r>
    </w:p>
    <w:p>
      <w:r>
        <w:t>Checks still needed: ______________________________________________</w:t>
      </w:r>
    </w:p>
    <w:p>
      <w:r>
        <w:t>Who owns the next step: ______________________________________________</w:t>
      </w:r>
    </w:p>
    <w:p>
      <w:r>
        <w:t>There is no automatic score. One failed must-have task can rule out an option.</w:t>
      </w:r>
    </w:p>
    <w:p>
      <w:pPr>
        <w:pStyle w:val="Heading1"/>
      </w:pPr>
      <w:r>
        <w:t>Sources and scope</w:t>
      </w:r>
    </w:p>
    <w:p>
      <w:r>
        <w:t>This is an original decision worksheet, not a software ranking or legal checklist.</w:t>
      </w:r>
    </w:p>
    <w:p>
      <w:r>
        <w:t>Microsoft co-authoring: https://support.microsoft.com/en-us/excel/get-started/collaborate-on-excel-workbooks-at-the-same-time-with-co-authoring</w:t>
      </w:r>
    </w:p>
    <w:p>
      <w:r>
        <w:t>Google Sheets sharing: https://support.google.com/docs/answer/9331169?hl=en</w:t>
      </w:r>
    </w:p>
    <w:p>
      <w:r>
        <w:t>Free to use and change for your club. Do not resell as your own product.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242735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