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35394B"/>
        </w:rPr>
        <w:t>Shared club equipment booking log</w:t>
      </w:r>
    </w:p>
    <w:p>
      <w:r>
        <w:rPr>
          <w:i/>
        </w:rPr>
        <w:t>A blank reservation list and a worked clash example. No automatic checks.</w:t>
      </w:r>
    </w:p>
    <w:p>
      <w:r>
        <w:rPr>
          <w:sz w:val="18"/>
        </w:rPr>
        <w:t>Free template from SportsHQ (www.sportshq.app). Adapt freely; check your own constitution and governing body rules where flagged.</w:t>
      </w:r>
    </w:p>
    <w:p>
      <w:r>
        <w:t>This is a manual Word record, with a PDF copy. It does not reserve equipment, check qualifications or approve an outing. Follow your club rules and activity plans.</w:t>
      </w:r>
    </w:p>
    <w:p>
      <w:r>
        <w:t>Club: ____________________________________________</w:t>
      </w:r>
    </w:p>
    <w:p>
      <w:r>
        <w:t>Record owner: ____________________________________________</w:t>
      </w:r>
    </w:p>
    <w:p>
      <w:r>
        <w:t>Period covered: ____________________________________________</w:t>
      </w:r>
    </w:p>
    <w:p>
      <w:r>
        <w:t>Where the current copy lives: ____________________________________________</w:t>
      </w:r>
    </w:p>
    <w:p>
      <w:r>
        <w:t>Last updated: ____________________________________________</w:t>
      </w:r>
    </w:p>
    <w:p>
      <w:pPr>
        <w:pStyle w:val="Heading1"/>
      </w:pPr>
      <w:r>
        <w:rPr>
          <w:color w:val="35394B"/>
        </w:rPr>
        <w:t>Use one line per request</w:t>
      </w:r>
    </w:p>
    <w:p>
      <w:pPr>
        <w:pStyle w:val="ListNumber"/>
      </w:pPr>
      <w:r>
        <w:t>Use an asset ID so everyone means the same item.</w:t>
      </w:r>
    </w:p>
    <w:p>
      <w:pPr>
        <w:pStyle w:val="ListNumber"/>
      </w:pPr>
      <w:r>
        <w:t>Record the date, start time, end time and booking contact.</w:t>
      </w:r>
    </w:p>
    <w:p>
      <w:pPr>
        <w:pStyle w:val="ListNumber"/>
      </w:pPr>
      <w:r>
        <w:t>Keep a request pending until clashes and club rules have been checked.</w:t>
      </w:r>
    </w:p>
    <w:p>
      <w:pPr>
        <w:pStyle w:val="ListNumber"/>
      </w:pPr>
      <w:r>
        <w:t>Mark confirmed, changed or cancelled requests clearly.</w:t>
      </w:r>
    </w:p>
    <w:p>
      <w:pPr>
        <w:pStyle w:val="ListNumber"/>
      </w:pPr>
      <w:r>
        <w:t>Check the current record before using the item. A booking is not safety approval.</w:t>
      </w:r>
    </w:p>
    <w:p>
      <w:pPr>
        <w:pStyle w:val="Heading1"/>
      </w:pPr>
      <w:r>
        <w:rPr>
          <w:color w:val="35394B"/>
        </w:rPr>
        <w:t>Blank booking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type="dxa" w:w="2160"/>
          </w:tcPr>
          <w:p>
            <w:r>
              <w:t>Asset ID / contact</w:t>
            </w:r>
          </w:p>
        </w:tc>
        <w:tc>
          <w:tcPr>
            <w:tcW w:type="dxa" w:w="2160"/>
          </w:tcPr>
          <w:p>
            <w:r>
              <w:t>Date / start / end</w:t>
            </w:r>
          </w:p>
        </w:tc>
        <w:tc>
          <w:tcPr>
            <w:tcW w:type="dxa" w:w="2160"/>
          </w:tcPr>
          <w:p>
            <w:r>
              <w:t>Status</w:t>
            </w:r>
          </w:p>
        </w:tc>
        <w:tc>
          <w:tcPr>
            <w:tcW w:type="dxa" w:w="2160"/>
          </w:tcPr>
          <w:p>
            <w:r>
              <w:t>Checked by / notes</w:t>
            </w:r>
          </w:p>
        </w:tc>
      </w:tr>
      <w:tr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</w:tbl>
    <w:p>
      <w:pPr>
        <w:pStyle w:val="Heading1"/>
        <w:pageBreakBefore/>
      </w:pPr>
      <w:r>
        <w:rPr>
          <w:color w:val="35394B"/>
        </w:rPr>
        <w:t>Worked example: boat B04</w:t>
      </w:r>
    </w:p>
    <w:p>
      <w:r>
        <w:t>Fictional example. Crew A has a confirmed booking from 09:00 to 10:30. Crew B asks for 10:00 to 11:00. The requests overlap for 30 minutes.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Request</w:t>
            </w:r>
          </w:p>
        </w:tc>
        <w:tc>
          <w:tcPr>
            <w:tcW w:type="dxa" w:w="4320"/>
          </w:tcPr>
          <w:p>
            <w:r>
              <w:t>Decision</w:t>
            </w:r>
          </w:p>
        </w:tc>
      </w:tr>
      <w:tr>
        <w:tc>
          <w:tcPr>
            <w:tcW w:type="dxa" w:w="4320"/>
          </w:tcPr>
          <w:p>
            <w:r>
              <w:t>Crew A: 09:00 to 10:30</w:t>
            </w:r>
          </w:p>
        </w:tc>
        <w:tc>
          <w:tcPr>
            <w:tcW w:type="dxa" w:w="4320"/>
          </w:tcPr>
          <w:p>
            <w:r>
              <w:t>Keep the confirmed booking.</w:t>
            </w:r>
          </w:p>
        </w:tc>
      </w:tr>
      <w:tr>
        <w:tc>
          <w:tcPr>
            <w:tcW w:type="dxa" w:w="4320"/>
          </w:tcPr>
          <w:p>
            <w:r>
              <w:t>Crew B: 10:00 to 11:00</w:t>
            </w:r>
          </w:p>
        </w:tc>
        <w:tc>
          <w:tcPr>
            <w:tcW w:type="dxa" w:w="4320"/>
          </w:tcPr>
          <w:p>
            <w:r>
              <w:t>Find a different time or boat.</w:t>
            </w:r>
          </w:p>
        </w:tc>
      </w:tr>
      <w:tr>
        <w:tc>
          <w:tcPr>
            <w:tcW w:type="dxa" w:w="4320"/>
          </w:tcPr>
          <w:p>
            <w:r>
              <w:t>Crew B: 11:00 to 12:00</w:t>
            </w:r>
          </w:p>
        </w:tc>
        <w:tc>
          <w:tcPr>
            <w:tcW w:type="dxa" w:w="4320"/>
          </w:tcPr>
          <w:p>
            <w:r>
              <w:t>Check availability and club rules before confirming.</w:t>
            </w:r>
          </w:p>
        </w:tc>
      </w:tr>
    </w:tbl>
    <w:p>
      <w:r>
        <w:t>A new time still needs review. Allow for the club's own turnaround rules. Keep damaged equipment out of use through the club process. A printed copy can become stale after another booking changes.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539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