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35394B"/>
        </w:rPr>
        <w:t>Sponsorship proposal letter</w:t>
      </w:r>
    </w:p>
    <w:p>
      <w:r>
        <w:rPr>
          <w:i/>
        </w:rPr>
        <w:t>One page, sent to a named person at a business your members already use. Replace every bracket, then cut anything that pushes it to page two.</w:t>
      </w:r>
    </w:p>
    <w:p>
      <w:r>
        <w:rPr>
          <w:sz w:val="18"/>
        </w:rPr>
        <w:t>Free template from SportsHQ (www.sportshq.app). Adapt freely; check your own constitution and governing body rules where flagged.</w:t>
      </w:r>
    </w:p>
    <w:p>
      <w:r>
        <w:t>[Club letterhead / name and logo]</w:t>
      </w:r>
    </w:p>
    <w:p>
      <w:r>
        <w:t>[Date]</w:t>
      </w:r>
    </w:p>
    <w:p>
      <w:r>
        <w:t>Dear [named owner or manager],</w:t>
      </w:r>
    </w:p>
    <w:p>
      <w:r>
        <w:t>[Club name] is [area]'s [sport] club: [number] members, [number] junior members, and around [number] visitors through our events each season. Many of them are already your customers, which is why I am writing to you rather than to a stranger.</w:t>
      </w:r>
    </w:p>
    <w:p>
      <w:r>
        <w:t>We are looking for a sponsor for [the season / an event / new kit], and we would rather partner with a local business than a faceless one. Here is what that looks like:</w:t>
      </w:r>
    </w:p>
    <w:p>
      <w:pPr>
        <w:pStyle w:val="Heading1"/>
      </w:pPr>
      <w:r>
        <w:rPr>
          <w:color w:val="35394B"/>
        </w:rPr>
        <w:t>The packages</w:t>
      </w:r>
    </w:p>
    <w:p>
      <w:pPr>
        <w:pStyle w:val="ListBullet"/>
      </w:pPr>
      <w:r>
        <w:t>[Supporter] - [price]: your name on our website and season programme</w:t>
      </w:r>
    </w:p>
    <w:p>
      <w:pPr>
        <w:pStyle w:val="ListBullet"/>
      </w:pPr>
      <w:r>
        <w:t>[Partner] - [price]: the above, plus your logo on [kit / boats / boards] and a mention at every event</w:t>
      </w:r>
    </w:p>
    <w:p>
      <w:pPr>
        <w:pStyle w:val="ListBullet"/>
      </w:pPr>
      <w:r>
        <w:t>[Headline] - [price]: all of the above, plus naming rights for [the event / the season] and first refusal next year</w:t>
      </w:r>
    </w:p>
    <w:p>
      <w:pPr>
        <w:pStyle w:val="Heading1"/>
      </w:pPr>
      <w:r>
        <w:rPr>
          <w:color w:val="35394B"/>
        </w:rPr>
        <w:t>What you get beyond the logo</w:t>
      </w:r>
    </w:p>
    <w:p>
      <w:pPr>
        <w:pStyle w:val="ListBullet"/>
      </w:pPr>
      <w:r>
        <w:t>[Number] members and families who will know you backed their club</w:t>
      </w:r>
    </w:p>
    <w:p>
      <w:pPr>
        <w:pStyle w:val="ListBullet"/>
      </w:pPr>
      <w:r>
        <w:t>Event days with [number] visitors: banners, announcements, and a stall if you want one</w:t>
      </w:r>
    </w:p>
    <w:p>
      <w:pPr>
        <w:pStyle w:val="ListBullet"/>
      </w:pPr>
      <w:r>
        <w:t>A community story worth telling in your own marketing</w:t>
      </w:r>
    </w:p>
    <w:p>
      <w:r>
        <w:t>If this is interesting, I would love ten minutes to show you the club. I will call next week, or you can reach me any time on the details below.</w:t>
      </w:r>
    </w:p>
    <w:p>
      <w:r>
        <w:t>With thanks,</w:t>
      </w:r>
    </w:p>
    <w:p>
      <w:r>
        <w:t>Name, role at the club, phone, email: ____________________________________________</w:t>
      </w:r>
    </w:p>
    <w:p>
      <w:pPr>
        <w:pStyle w:val="Heading1"/>
      </w:pPr>
      <w:r>
        <w:rPr>
          <w:color w:val="35394B"/>
        </w:rPr>
        <w:t>Follow-up note (send two weeks later)</w:t>
      </w:r>
    </w:p>
    <w:p>
      <w:r>
        <w:t>Dear [name], two weeks ago I sent our sponsorship proposal for [club name]. I know how these land in a busy week, so this is just a nudge: the [cheapest package] is [price] and takes one email to say yes to. Either way, thank you for reading, and we will see you at [event].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35394B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