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Risk assessment</w:t>
      </w:r>
    </w:p>
    <w:p>
      <w:r>
        <w:rPr>
          <w:i/>
        </w:rPr>
        <w:t>Walk the activity, write what you see, review on the date you set. The examples show the working level of detail; replace them with yours.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r>
        <w:t>[Club name]  |  Activity or area assessed: [what]  |  Assessed by: [who]  |  Date: [when]</w:t>
      </w:r>
    </w:p>
    <w:p>
      <w:pPr>
        <w:pStyle w:val="Heading1"/>
      </w:pPr>
      <w:r>
        <w:rPr>
          <w:color w:val="35394B"/>
        </w:rPr>
        <w:t>Severity and likelihood, in plain words</w:t>
      </w:r>
    </w:p>
    <w:p>
      <w:pPr>
        <w:pStyle w:val="ListBullet"/>
      </w:pPr>
      <w:r>
        <w:t>Ask of each hazard: how badly could this hurt someone, and how likely is it on a normal day?</w:t>
      </w:r>
    </w:p>
    <w:p>
      <w:pPr>
        <w:pStyle w:val="ListBullet"/>
      </w:pPr>
      <w:r>
        <w:t>Anything that could hurt someone seriously AND could plausibly happen needs a control now, not a note.</w:t>
      </w:r>
    </w:p>
    <w:p>
      <w:pPr>
        <w:pStyle w:val="Heading1"/>
      </w:pPr>
      <w:r>
        <w:rPr>
          <w:color w:val="35394B"/>
        </w:rPr>
        <w:t>The assessment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Hazard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Who is at risk</w:t>
            </w:r>
          </w:p>
        </w:tc>
        <w:tc>
          <w:tcPr>
            <w:tcW w:type="dxa" w:w="1728"/>
          </w:tcPr>
          <w:p>
            <w:r>
              <w:rPr>
                <w:b/>
              </w:rPr>
              <w:t>Existing controls</w:t>
            </w:r>
          </w:p>
        </w:tc>
        <w:tc>
          <w:tcPr>
            <w:tcW w:type="dxa" w:w="1728"/>
          </w:tcPr>
          <w:p>
            <w:r>
              <w:rPr>
                <w:b/>
              </w:rPr>
              <w:t>Further action, owner</w:t>
            </w:r>
          </w:p>
        </w:tc>
        <w:tc>
          <w:tcPr>
            <w:tcW w:type="dxa" w:w="1728"/>
          </w:tcPr>
          <w:p>
            <w:r>
              <w:rPr>
                <w:b/>
              </w:rPr>
              <w:t>Review date</w:t>
            </w:r>
          </w:p>
        </w:tc>
      </w:tr>
      <w:tr>
        <w:tc>
          <w:tcPr>
            <w:tcW w:type="dxa" w:w="1728"/>
          </w:tcPr>
          <w:p>
            <w:r>
              <w:t>Example: slippery ramp at the water's edge</w:t>
            </w:r>
          </w:p>
        </w:tc>
        <w:tc>
          <w:tcPr>
            <w:tcW w:type="dxa" w:w="1728"/>
          </w:tcPr>
          <w:p>
            <w:r>
              <w:t>All members, visitors</w:t>
            </w:r>
          </w:p>
        </w:tc>
        <w:tc>
          <w:tcPr>
            <w:tcW w:type="dxa" w:w="1728"/>
          </w:tcPr>
          <w:p>
            <w:r>
              <w:t>Non-slip surface fitted, hose-down after sessions</w:t>
            </w:r>
          </w:p>
        </w:tc>
        <w:tc>
          <w:tcPr>
            <w:tcW w:type="dxa" w:w="1728"/>
          </w:tcPr>
          <w:p>
            <w:r>
              <w:t>Re-grit before winter - facilities lead</w:t>
            </w:r>
          </w:p>
        </w:tc>
        <w:tc>
          <w:tcPr>
            <w:tcW w:type="dxa" w:w="1728"/>
          </w:tcPr>
          <w:p>
            <w:r>
              <w:t>[date]</w:t>
            </w:r>
          </w:p>
        </w:tc>
      </w:tr>
      <w:tr>
        <w:tc>
          <w:tcPr>
            <w:tcW w:type="dxa" w:w="1728"/>
          </w:tcPr>
          <w:p>
            <w:r>
              <w:t>Example: new members using equipment unsupervised</w:t>
            </w:r>
          </w:p>
        </w:tc>
        <w:tc>
          <w:tcPr>
            <w:tcW w:type="dxa" w:w="1728"/>
          </w:tcPr>
          <w:p>
            <w:r>
              <w:t>New members</w:t>
            </w:r>
          </w:p>
        </w:tc>
        <w:tc>
          <w:tcPr>
            <w:tcW w:type="dxa" w:w="1728"/>
          </w:tcPr>
          <w:p>
            <w:r>
              <w:t>Induction session before first solo use, buddy list</w:t>
            </w:r>
          </w:p>
        </w:tc>
        <w:tc>
          <w:tcPr>
            <w:tcW w:type="dxa" w:w="1728"/>
          </w:tcPr>
          <w:p>
            <w:r>
              <w:t>Written sign-off record - session lead</w:t>
            </w:r>
          </w:p>
        </w:tc>
        <w:tc>
          <w:tcPr>
            <w:tcW w:type="dxa" w:w="1728"/>
          </w:tcPr>
          <w:p>
            <w:r>
              <w:t>[date]</w:t>
            </w:r>
          </w:p>
        </w:tc>
      </w:tr>
      <w:tr>
        <w:tc>
          <w:tcPr>
            <w:tcW w:type="dxa" w:w="1728"/>
          </w:tcPr>
          <w:p>
            <w:r>
              <w:t>[Your hazard]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pPr>
        <w:pStyle w:val="Heading1"/>
      </w:pPr>
      <w:r>
        <w:rPr>
          <w:color w:val="35394B"/>
        </w:rPr>
        <w:t>Sign-off and review</w:t>
      </w:r>
    </w:p>
    <w:p>
      <w:r>
        <w:t>Assessed by, name and date: ____________________________________________</w:t>
      </w:r>
    </w:p>
    <w:p>
      <w:r>
        <w:t>Next review due (put it in the club calendar now):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