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35394B"/>
        </w:rPr>
        <w:t>Membership application form</w:t>
      </w:r>
    </w:p>
    <w:p>
      <w:r>
        <w:rPr>
          <w:i/>
        </w:rPr>
        <w:t>Delete the junior section for adult-only clubs. One honest data sentence beats a page of legal boilerplate.</w:t>
      </w:r>
    </w:p>
    <w:p>
      <w:r>
        <w:rPr>
          <w:sz w:val="18"/>
        </w:rPr>
        <w:t>Free template from SportsHQ (www.sportshq.app). Adapt freely; check your own constitution and governing body rules where flagged.</w:t>
      </w:r>
    </w:p>
    <w:p>
      <w:r>
        <w:t>[Club name] - membership application  |  Season [year]</w:t>
      </w:r>
    </w:p>
    <w:p>
      <w:pPr>
        <w:pStyle w:val="Heading1"/>
      </w:pPr>
      <w:r>
        <w:rPr>
          <w:color w:val="35394B"/>
        </w:rPr>
        <w:t>About you</w:t>
      </w:r>
    </w:p>
    <w:p>
      <w:r>
        <w:t>Full name: ____________________________________________</w:t>
      </w:r>
    </w:p>
    <w:p>
      <w:r>
        <w:t>Date of birth: ____________________________________________</w:t>
      </w:r>
    </w:p>
    <w:p>
      <w:r>
        <w:t>Address: ____________________________________________</w:t>
      </w:r>
    </w:p>
    <w:p>
      <w:r>
        <w:t>Email: ____________________________________________</w:t>
      </w:r>
    </w:p>
    <w:p>
      <w:r>
        <w:t>Phone: ____________________________________________</w:t>
      </w:r>
    </w:p>
    <w:p>
      <w:r>
        <w:t>Membership category applied for (see attached rates): ____________________________________________</w:t>
      </w:r>
    </w:p>
    <w:p>
      <w:pPr>
        <w:pStyle w:val="Heading1"/>
      </w:pPr>
      <w:r>
        <w:rPr>
          <w:color w:val="35394B"/>
        </w:rPr>
        <w:t>Emergency contact</w:t>
      </w:r>
    </w:p>
    <w:p>
      <w:r>
        <w:t>Name: ____________________________________________</w:t>
      </w:r>
    </w:p>
    <w:p>
      <w:r>
        <w:t>Relationship to you: ____________________________________________</w:t>
      </w:r>
    </w:p>
    <w:p>
      <w:r>
        <w:t>Phone: ____________________________________________</w:t>
      </w:r>
    </w:p>
    <w:p>
      <w:pPr>
        <w:pStyle w:val="Heading1"/>
      </w:pPr>
      <w:r>
        <w:rPr>
          <w:color w:val="35394B"/>
        </w:rPr>
        <w:t>Medical information</w:t>
      </w:r>
    </w:p>
    <w:p>
      <w:r>
        <w:t>Anything the club should know to keep you safe during activity (allergies, conditions, medication). Leave blank if nothing applies.</w:t>
      </w:r>
    </w:p>
    <w:p>
      <w:r>
        <w:t>: ____________________________________________</w:t>
      </w:r>
    </w:p>
    <w:p>
      <w:pPr>
        <w:pStyle w:val="Heading1"/>
      </w:pPr>
      <w:r>
        <w:rPr>
          <w:color w:val="35394B"/>
        </w:rPr>
        <w:t>Junior members only</w:t>
      </w:r>
    </w:p>
    <w:p>
      <w:r>
        <w:t>Parent or guardian name: ____________________________________________</w:t>
      </w:r>
    </w:p>
    <w:p>
      <w:r>
        <w:t>Parent or guardian phone and email: ____________________________________________</w:t>
      </w:r>
    </w:p>
    <w:p>
      <w:r>
        <w:t>Collection arrangements after sessions: ____________________________________________</w:t>
      </w:r>
    </w:p>
    <w:p>
      <w:r>
        <w:t>[  ] I consent to my child taking part in club activities and to the club acting in a medical emergency if I cannot be reached.</w:t>
      </w:r>
    </w:p>
    <w:p>
      <w:pPr>
        <w:pStyle w:val="Heading1"/>
      </w:pPr>
      <w:r>
        <w:rPr>
          <w:color w:val="35394B"/>
        </w:rPr>
        <w:t>Consents</w:t>
      </w:r>
    </w:p>
    <w:p>
      <w:pPr>
        <w:pStyle w:val="ListBullet"/>
      </w:pPr>
      <w:r>
        <w:t>[  ] Photography: images of me / my child may appear in club reports and channels. (Optional, say no freely.)</w:t>
      </w:r>
    </w:p>
    <w:p>
      <w:pPr>
        <w:pStyle w:val="ListBullet"/>
      </w:pPr>
      <w:r>
        <w:t>[  ] Club communications: the club may contact me about sessions, duties and club business.</w:t>
      </w:r>
    </w:p>
    <w:p>
      <w:r>
        <w:t>Your details are stored securely by the club, seen only by officers who need them, never sold or shared for marketing, and deleted [period] after membership ends.</w:t>
      </w:r>
    </w:p>
    <w:p>
      <w:pPr>
        <w:pStyle w:val="Heading1"/>
      </w:pPr>
      <w:r>
        <w:rPr>
          <w:color w:val="35394B"/>
        </w:rPr>
        <w:t>Declaration</w:t>
      </w:r>
    </w:p>
    <w:p>
      <w:r>
        <w:t>The information above is correct, and I agree to follow the club's constitution, policies and code of conduct.</w:t>
      </w:r>
    </w:p>
    <w:p>
      <w:r>
        <w:t>Signature (parent/guardian for juniors) and date: ____________________________________________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5394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